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CCTV Drain Survey</w:t>
      </w:r>
    </w:p>
    <w:p>
      <w:r>
        <w:rPr>
          <w:i/>
        </w:rPr>
        <w:t>Trade category: drainage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CCTV Drain Survey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