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Drain Relining &amp; Patch</w:t>
      </w:r>
    </w:p>
    <w:p>
      <w:r>
        <w:rPr>
          <w:i/>
        </w:rPr>
        <w:t>Trade category: drainage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HS-RAMS-93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Drain Relining &amp; Patch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